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4FE9C" w14:textId="77777777" w:rsidR="00713B66" w:rsidRDefault="00000000">
      <w:pPr>
        <w:jc w:val="center"/>
      </w:pPr>
      <w:r>
        <w:rPr>
          <w:noProof/>
        </w:rPr>
        <w:drawing>
          <wp:inline distT="0" distB="0" distL="0" distR="0" wp14:anchorId="268EE8BA" wp14:editId="5382F9FE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3. 6. 2026 14_30_2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99C3" w14:textId="77777777" w:rsidR="00713B66" w:rsidRDefault="00000000">
      <w:pPr>
        <w:jc w:val="center"/>
      </w:pPr>
      <w:r>
        <w:rPr>
          <w:b/>
          <w:color w:val="62238C"/>
          <w:sz w:val="36"/>
        </w:rPr>
        <w:t>Informace pro rodiče</w:t>
      </w:r>
    </w:p>
    <w:p w14:paraId="0DBFA7AF" w14:textId="77777777" w:rsidR="00713B66" w:rsidRDefault="00713B66"/>
    <w:p w14:paraId="0C908FE3" w14:textId="77777777" w:rsidR="00713B66" w:rsidRDefault="00000000">
      <w:r>
        <w:t>Děkujeme za důvěru a přihlášení dítěte do programu Malí hrdinové.</w:t>
      </w:r>
    </w:p>
    <w:p w14:paraId="20ECAA7E" w14:textId="77777777" w:rsidR="00713B66" w:rsidRDefault="00000000">
      <w:r>
        <w:t>Program probíhá hravou a praktickou formou přiměřenou věku dětí.</w:t>
      </w:r>
    </w:p>
    <w:p w14:paraId="32557200" w14:textId="77777777" w:rsidR="00713B66" w:rsidRDefault="00000000">
      <w:r>
        <w:t>Veškeré pomůcky zajišťuje organizátor.</w:t>
      </w:r>
    </w:p>
    <w:p w14:paraId="130335C1" w14:textId="77777777" w:rsidR="00713B66" w:rsidRDefault="00713B66"/>
    <w:p w14:paraId="7D31F916" w14:textId="3501BF07" w:rsidR="00713B66" w:rsidRDefault="00000000"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: </w:t>
      </w:r>
      <w:proofErr w:type="spellStart"/>
      <w:r w:rsidR="00EB2F4E">
        <w:t>Bc</w:t>
      </w:r>
      <w:proofErr w:type="spellEnd"/>
      <w:r w:rsidR="00EB2F4E">
        <w:t xml:space="preserve">. </w:t>
      </w:r>
      <w:r>
        <w:t xml:space="preserve">Barbora </w:t>
      </w:r>
      <w:proofErr w:type="spellStart"/>
      <w:r>
        <w:t>Lisová</w:t>
      </w:r>
      <w:proofErr w:type="spellEnd"/>
    </w:p>
    <w:p w14:paraId="012DC83E" w14:textId="5886CC0F" w:rsidR="00713B66" w:rsidRDefault="00000000">
      <w:proofErr w:type="spellStart"/>
      <w:r>
        <w:t>Telefon</w:t>
      </w:r>
      <w:proofErr w:type="spellEnd"/>
      <w:r>
        <w:t xml:space="preserve">: </w:t>
      </w:r>
      <w:r w:rsidR="00EB2F4E">
        <w:t>+ 420 721 938 566</w:t>
      </w:r>
    </w:p>
    <w:p w14:paraId="5467A0C1" w14:textId="38DA5DED" w:rsidR="00713B66" w:rsidRDefault="00000000">
      <w:r>
        <w:t xml:space="preserve">E-mail: </w:t>
      </w:r>
      <w:r w:rsidR="00EB2F4E">
        <w:t>nemalihrdinove@gmail.com</w:t>
      </w:r>
    </w:p>
    <w:sectPr w:rsidR="00713B6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09367233">
    <w:abstractNumId w:val="8"/>
  </w:num>
  <w:num w:numId="2" w16cid:durableId="512645057">
    <w:abstractNumId w:val="6"/>
  </w:num>
  <w:num w:numId="3" w16cid:durableId="365567391">
    <w:abstractNumId w:val="5"/>
  </w:num>
  <w:num w:numId="4" w16cid:durableId="35080814">
    <w:abstractNumId w:val="4"/>
  </w:num>
  <w:num w:numId="5" w16cid:durableId="1892839389">
    <w:abstractNumId w:val="7"/>
  </w:num>
  <w:num w:numId="6" w16cid:durableId="1841696482">
    <w:abstractNumId w:val="3"/>
  </w:num>
  <w:num w:numId="7" w16cid:durableId="2055041344">
    <w:abstractNumId w:val="2"/>
  </w:num>
  <w:num w:numId="8" w16cid:durableId="1548570765">
    <w:abstractNumId w:val="1"/>
  </w:num>
  <w:num w:numId="9" w16cid:durableId="1442870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13B66"/>
    <w:rsid w:val="00AA1D8D"/>
    <w:rsid w:val="00B47730"/>
    <w:rsid w:val="00CB0664"/>
    <w:rsid w:val="00EB2F4E"/>
    <w:rsid w:val="00EC2CB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66AE4"/>
  <w14:defaultImageDpi w14:val="300"/>
  <w15:docId w15:val="{63312290-157D-41F6-8468-231A1FC7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baru.lisova@seznam.cz</cp:lastModifiedBy>
  <cp:revision>2</cp:revision>
  <dcterms:created xsi:type="dcterms:W3CDTF">2013-12-23T23:15:00Z</dcterms:created>
  <dcterms:modified xsi:type="dcterms:W3CDTF">2026-06-13T19:00:00Z</dcterms:modified>
  <cp:category/>
</cp:coreProperties>
</file>