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2ADE" w14:textId="77777777" w:rsidR="00B53C9B" w:rsidRDefault="00000000">
      <w:pPr>
        <w:jc w:val="center"/>
      </w:pPr>
      <w:r>
        <w:rPr>
          <w:noProof/>
        </w:rPr>
        <w:drawing>
          <wp:inline distT="0" distB="0" distL="0" distR="0" wp14:anchorId="4C6D0DFD" wp14:editId="0EBE9361">
            <wp:extent cx="18288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13. 6. 2026 14_30_28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5EC4" w14:textId="77777777" w:rsidR="00B53C9B" w:rsidRDefault="00000000">
      <w:pPr>
        <w:jc w:val="center"/>
      </w:pPr>
      <w:r>
        <w:rPr>
          <w:b/>
          <w:color w:val="62238C"/>
          <w:sz w:val="36"/>
        </w:rPr>
        <w:t>Obchodní podmínky</w:t>
      </w:r>
    </w:p>
    <w:p w14:paraId="404E500F" w14:textId="77777777" w:rsidR="00B53C9B" w:rsidRDefault="00B53C9B"/>
    <w:p w14:paraId="17621489" w14:textId="6EB713B2" w:rsidR="00B53C9B" w:rsidRDefault="00000000">
      <w:proofErr w:type="spellStart"/>
      <w:r>
        <w:t>Provozovatel</w:t>
      </w:r>
      <w:proofErr w:type="spellEnd"/>
      <w:r>
        <w:t>:</w:t>
      </w:r>
      <w:r w:rsidR="00BA0406">
        <w:t xml:space="preserve"> </w:t>
      </w:r>
      <w:proofErr w:type="spellStart"/>
      <w:r w:rsidR="00BA0406">
        <w:t>Bc</w:t>
      </w:r>
      <w:proofErr w:type="spellEnd"/>
      <w:r w:rsidR="00BA0406">
        <w:t xml:space="preserve">. Barbora </w:t>
      </w:r>
      <w:proofErr w:type="spellStart"/>
      <w:r w:rsidR="00BA0406">
        <w:t>Lisová</w:t>
      </w:r>
      <w:proofErr w:type="spellEnd"/>
    </w:p>
    <w:p w14:paraId="28BA9161" w14:textId="007B80FD" w:rsidR="00B53C9B" w:rsidRDefault="00000000">
      <w:r>
        <w:t xml:space="preserve">IČO: </w:t>
      </w:r>
    </w:p>
    <w:p w14:paraId="18680644" w14:textId="5BF66E78" w:rsidR="00B53C9B" w:rsidRDefault="00000000">
      <w:r>
        <w:t xml:space="preserve">Sídlo: </w:t>
      </w:r>
      <w:proofErr w:type="spellStart"/>
      <w:r w:rsidR="00BA0406">
        <w:t>Podolské</w:t>
      </w:r>
      <w:proofErr w:type="spellEnd"/>
      <w:r w:rsidR="00BA0406">
        <w:t xml:space="preserve"> </w:t>
      </w:r>
      <w:proofErr w:type="spellStart"/>
      <w:r w:rsidR="00BA0406">
        <w:t>nábřeží</w:t>
      </w:r>
      <w:proofErr w:type="spellEnd"/>
      <w:r w:rsidR="00BA0406">
        <w:t xml:space="preserve"> 817/30, Praha 4</w:t>
      </w:r>
    </w:p>
    <w:p w14:paraId="69C511E0" w14:textId="4032806E" w:rsidR="00B53C9B" w:rsidRDefault="00000000">
      <w:r>
        <w:t xml:space="preserve">E-mail: </w:t>
      </w:r>
      <w:r w:rsidR="00BA0406">
        <w:t>nemali.hrdinove@gmail.com</w:t>
      </w:r>
    </w:p>
    <w:p w14:paraId="484BC0E6" w14:textId="77777777" w:rsidR="00B53C9B" w:rsidRDefault="00B53C9B"/>
    <w:p w14:paraId="1D34216E" w14:textId="77777777" w:rsidR="00B53C9B" w:rsidRDefault="00000000">
      <w:r>
        <w:t>Storno podmínky:</w:t>
      </w:r>
    </w:p>
    <w:p w14:paraId="73F345AF" w14:textId="77777777" w:rsidR="00B53C9B" w:rsidRDefault="00000000">
      <w:r>
        <w:t>- více než 30 dní před zahájením: vrácení 100 % ceny</w:t>
      </w:r>
    </w:p>
    <w:p w14:paraId="56C54AC7" w14:textId="77777777" w:rsidR="00B53C9B" w:rsidRDefault="00000000">
      <w:r>
        <w:t>- 14–30 dní před zahájením: vrácení 50 % ceny</w:t>
      </w:r>
    </w:p>
    <w:p w14:paraId="69D2860A" w14:textId="77777777" w:rsidR="00B53C9B" w:rsidRDefault="00000000">
      <w:r>
        <w:t>- méně než 14 dní před zahájením: bez nároku na vrácení platby</w:t>
      </w:r>
    </w:p>
    <w:sectPr w:rsidR="00B53C9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15939416">
    <w:abstractNumId w:val="8"/>
  </w:num>
  <w:num w:numId="2" w16cid:durableId="1223323376">
    <w:abstractNumId w:val="6"/>
  </w:num>
  <w:num w:numId="3" w16cid:durableId="399525653">
    <w:abstractNumId w:val="5"/>
  </w:num>
  <w:num w:numId="4" w16cid:durableId="61103970">
    <w:abstractNumId w:val="4"/>
  </w:num>
  <w:num w:numId="5" w16cid:durableId="1645310270">
    <w:abstractNumId w:val="7"/>
  </w:num>
  <w:num w:numId="6" w16cid:durableId="1589777052">
    <w:abstractNumId w:val="3"/>
  </w:num>
  <w:num w:numId="7" w16cid:durableId="527258110">
    <w:abstractNumId w:val="2"/>
  </w:num>
  <w:num w:numId="8" w16cid:durableId="1794638096">
    <w:abstractNumId w:val="1"/>
  </w:num>
  <w:num w:numId="9" w16cid:durableId="1105224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03203"/>
    <w:rsid w:val="00326F90"/>
    <w:rsid w:val="00AA1D8D"/>
    <w:rsid w:val="00B47730"/>
    <w:rsid w:val="00B53C9B"/>
    <w:rsid w:val="00BA0406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C7790A"/>
  <w14:defaultImageDpi w14:val="300"/>
  <w15:docId w15:val="{212CA585-C02E-4E7C-99DD-8F47E2E2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baru.lisova@seznam.cz</cp:lastModifiedBy>
  <cp:revision>2</cp:revision>
  <dcterms:created xsi:type="dcterms:W3CDTF">2013-12-23T23:15:00Z</dcterms:created>
  <dcterms:modified xsi:type="dcterms:W3CDTF">2026-06-13T19:03:00Z</dcterms:modified>
  <cp:category/>
</cp:coreProperties>
</file>