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38407" w14:textId="77777777" w:rsidR="00C5138D" w:rsidRDefault="00000000">
      <w:pPr>
        <w:jc w:val="center"/>
      </w:pPr>
      <w:r>
        <w:rPr>
          <w:noProof/>
        </w:rPr>
        <w:drawing>
          <wp:inline distT="0" distB="0" distL="0" distR="0" wp14:anchorId="17D8E03E" wp14:editId="761F56CE">
            <wp:extent cx="1828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3. 6. 2026 14_30_2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DB0F" w14:textId="77777777" w:rsidR="00C5138D" w:rsidRDefault="00000000">
      <w:pPr>
        <w:jc w:val="center"/>
      </w:pPr>
      <w:r>
        <w:rPr>
          <w:b/>
          <w:color w:val="62238C"/>
          <w:sz w:val="36"/>
        </w:rPr>
        <w:t>Zásady zpracování osobních údajů (GDPR)</w:t>
      </w:r>
    </w:p>
    <w:p w14:paraId="23DC921D" w14:textId="77777777" w:rsidR="00C5138D" w:rsidRDefault="00C5138D"/>
    <w:p w14:paraId="5FDE16D5" w14:textId="1048D863" w:rsidR="00C5138D" w:rsidRDefault="00000000">
      <w:r>
        <w:t xml:space="preserve">Správce údajů: </w:t>
      </w:r>
      <w:proofErr w:type="spellStart"/>
      <w:r w:rsidR="00992FD7">
        <w:t>Bc</w:t>
      </w:r>
      <w:proofErr w:type="spellEnd"/>
      <w:r w:rsidR="00992FD7">
        <w:t xml:space="preserve">. Barbora </w:t>
      </w:r>
      <w:proofErr w:type="spellStart"/>
      <w:r w:rsidR="00992FD7">
        <w:t>Lisová</w:t>
      </w:r>
      <w:proofErr w:type="spellEnd"/>
    </w:p>
    <w:p w14:paraId="661EE156" w14:textId="55A20A22" w:rsidR="00C5138D" w:rsidRDefault="00000000">
      <w:r>
        <w:t xml:space="preserve">IČO: </w:t>
      </w:r>
    </w:p>
    <w:p w14:paraId="49B79907" w14:textId="0007FDE1" w:rsidR="00C5138D" w:rsidRDefault="00000000">
      <w:r>
        <w:t xml:space="preserve">Adresa: </w:t>
      </w:r>
      <w:proofErr w:type="spellStart"/>
      <w:r w:rsidR="00992FD7">
        <w:t>Podolské</w:t>
      </w:r>
      <w:proofErr w:type="spellEnd"/>
      <w:r w:rsidR="00992FD7">
        <w:t xml:space="preserve"> </w:t>
      </w:r>
      <w:proofErr w:type="spellStart"/>
      <w:r w:rsidR="00992FD7">
        <w:t>nábřeží</w:t>
      </w:r>
      <w:proofErr w:type="spellEnd"/>
      <w:r w:rsidR="00992FD7">
        <w:t xml:space="preserve"> 817/30, Praha 4</w:t>
      </w:r>
    </w:p>
    <w:p w14:paraId="237673E4" w14:textId="0886F54C" w:rsidR="00C5138D" w:rsidRDefault="00000000">
      <w:r>
        <w:t xml:space="preserve">E-mail: </w:t>
      </w:r>
      <w:r w:rsidR="00992FD7">
        <w:t>nemali.hrdinove@gmail.com</w:t>
      </w:r>
    </w:p>
    <w:p w14:paraId="1248BD36" w14:textId="77777777" w:rsidR="00C5138D" w:rsidRDefault="00C5138D"/>
    <w:p w14:paraId="0B8F69C2" w14:textId="77777777" w:rsidR="00C5138D" w:rsidRDefault="00000000">
      <w:r>
        <w:t>Osobní údaje jsou zpracovávány výhradně za účelem organizace programu Malí hrdinové.</w:t>
      </w:r>
    </w:p>
    <w:sectPr w:rsidR="00C5138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93567991">
    <w:abstractNumId w:val="8"/>
  </w:num>
  <w:num w:numId="2" w16cid:durableId="187986756">
    <w:abstractNumId w:val="6"/>
  </w:num>
  <w:num w:numId="3" w16cid:durableId="894127531">
    <w:abstractNumId w:val="5"/>
  </w:num>
  <w:num w:numId="4" w16cid:durableId="1127893176">
    <w:abstractNumId w:val="4"/>
  </w:num>
  <w:num w:numId="5" w16cid:durableId="1680235962">
    <w:abstractNumId w:val="7"/>
  </w:num>
  <w:num w:numId="6" w16cid:durableId="876235007">
    <w:abstractNumId w:val="3"/>
  </w:num>
  <w:num w:numId="7" w16cid:durableId="1074473404">
    <w:abstractNumId w:val="2"/>
  </w:num>
  <w:num w:numId="8" w16cid:durableId="1454865368">
    <w:abstractNumId w:val="1"/>
  </w:num>
  <w:num w:numId="9" w16cid:durableId="524057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992FD7"/>
    <w:rsid w:val="00AA1D8D"/>
    <w:rsid w:val="00B47730"/>
    <w:rsid w:val="00C5138D"/>
    <w:rsid w:val="00CA3F2E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FE1D0E"/>
  <w14:defaultImageDpi w14:val="300"/>
  <w15:docId w15:val="{BA4E83A4-00F9-4D0D-979B-EC89ABBAB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baru.lisova@seznam.cz</cp:lastModifiedBy>
  <cp:revision>2</cp:revision>
  <dcterms:created xsi:type="dcterms:W3CDTF">2013-12-23T23:15:00Z</dcterms:created>
  <dcterms:modified xsi:type="dcterms:W3CDTF">2026-06-13T19:05:00Z</dcterms:modified>
  <cp:category/>
</cp:coreProperties>
</file>